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המשקל של מילה לפי השורש והתבנית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משקל למשמעות (בעל מקצוע, כלי, מקום, עושה פעולה הרבה)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לפי שורש ומשקל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קַטָּל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מַקְטֵל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מִקְטָל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קַטְלָן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קַטָּל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מַקְטֵל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בכרטיס ההסבר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משקל קטל משמש בעיקר לבעלי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מזלג, מסרק, 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מטבח, מגרש, משרד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כמו שחיין ורקדן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אותו שורש, משקל אחר - משמעות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לפי שורש ומשקל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רקדן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מזלג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(בעל מקצוע שעובד עם 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(כלי לסידור השיער)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(מקום לשחק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 שרוקד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(מכשיר לעבודה ולמידע)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חייט, סוחר. יש לבדוק שהמילה מתאימה לתבנית ולבעל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מגהץ (כלי), מגרש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להזכיר שהמשקל שונה ולכן גם המשמעות שונה, למרות שהשורש 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תבנית קבועה ושורש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שחיין או רקדן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אותו שורש אך משקל שונה, ולכן משמעות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בטריק מהכרטיס: קטל עובד, מקטל עוזר, מקטל מארח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 כדי להרגיש את ההבדל בצליל בין המשקלים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לוותר על הפריטים המסומנים כקשים ולהתמקד בדוגמאות הבסיסיות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משקל זה כמו תבנית לעוגיות. שמים בפנים שורש, ויוצאת מילה. מילים מאותו משקל דומות במשמעות.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שבונים לפיה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(או יותר) האותיות הבסיסיות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קַטָּל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שמציין בעל מקצוע, כמו נגר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מַקְטֵל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שמציין כלי או מכשיר, כמו מזלג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מִקְטָל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שמציין מקום, כמו מטבח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קַטְלָן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שמציין מי שעושה פעולה הרבה, כמו רקדן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קבוע שמכניסים לתוכו אותיות ותנועות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משקל מתאים למילה נגר?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משקל מתאים למילה מזלג?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משקל מתאים למילה 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משקל מתאים למילה רקדן?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משקל מתאים למילה צלם?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משקל מתאים למילה מסרק?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מַקְטֵל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הוא כמו תבנית לעוגיות שמכניסים לתוכה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קַטָּל משמש בעיקר לציון כלים ומכשירים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מַקְטֵל משמש בעיקר לציון כלים ומכשירים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מִקְטָל משמש בעיקר לציון מקומות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קַטְלָן מציין מי שעושה פעולה מסוימת הרבה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טַבָּח ומִטְבָּח נבנו מאותו שורש אך במשקלים שונים ולכן משמעותן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לפי 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שורש נ-ג-ר + משקל קַטָּל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שורש ס-ר-ק + משקל מַקְטֵל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שורש ט-ב-ח + משקל מִקְטָל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שורש ר-ק-ד + משקל קַטְלָן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שורש צ-ל-ם + משקל קַטָּל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שורש ז-ל-ג + משקל מַקְטֵל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נַגָּר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שרוקד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מַסְרֵק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בעל מקצוע שעובד עם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מִגְרָש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לסידור השיער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רַקְדָן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מכשיר לעבודה ולמידע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מַחְשֵׁב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לשחק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יצירה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במשקל קַטָּל שמציינות בעלי מקצוע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במשקל מַקְטֵל שמציינת כלי, ומילה אחת במשקל מִקְטָל שמציינת מקום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מדוע לטַבָּח ולמִטְבָּח יש אותו שורש אך משמעות 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משקל? הסבירו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במשקל קַטְלָן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המילים טַבָּח ומִטְבָּח?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משקלים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