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משקלים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המשקל של מילה לפי השורש והתבנית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משקל למשמעות (בעל מקצוע, כלי, מקום, עושה פעולה הרבה)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מילים חדשות לפי שורש ומשקל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קַטָּל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מַקְטֵל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קַטְלָן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בכרטיס ההסבר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מזלג, מסרק, מחשב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מטבח, מגרש, משרד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לפי שורש ומשקל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רקדן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(בעל מקצוע שעובד עם 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(כלי לסידור השיער)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לשחק 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יצירה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חייט, סוחר. יש לבדוק שהמילה מתאימה לתבנית ולבעל מקצוע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תבנית קבועה ושורש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שחיין או רקדן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אותו שורש אך משקל שונה, ולכן משמעות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בטריק מהכרטיס: קטל עובד, מקטל עוזר, מקטל מארח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 כדי להרגיש את ההבדל בצליל בין המשקלים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לוותר על הפריטים המסומנים כקשים ולהתמקד בדוגמאות הבסיסיות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משקלים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משקל הוא תבנית קבועה שמכניסים לתוכה שורש ומקבלים מילה. מילים באותו משקל נשמעות דומות ולעיתים קרובות חולקות משמעות משותפת, כמו בעלי מקצוע, כלים או מקומות.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נגר  ·  רקדן  ·  מסרק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המשקל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לאיזה משקל שייכת המילה נַגָּר?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קַטָּל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מַקְטֵל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מִקְטָל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לאיזה משקל שייכת המילה מַזְלֵג?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קַטְלָן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מִקְטָל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מַקְטֵל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לאיזה משקל שייכת המילה רַקְדָן?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מִקְטָל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קַטָּל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קַטְלָן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משקל הוא כמו תבנית לעוגיות שמכניסים לתוכה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משקל מַקְטֵל משמש בעיקר לציון כלים ומכשירים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משקל מִקְטָל משמש בעיקר לציון מקומות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 לפי שורש ומשקל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שורש נ-ג-ר + משקל קַטָּל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שורש ס-ר-ק + משקל מַקְטֵל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שורש ר-ק-ד + משקל קַטְלָן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נַגָּר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כלי לסידור השיער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מַסְרֵק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לשחק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מִגְרָש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בעל מקצוע שעובד עם עץ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יצירה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מילים נוספות במשקל קַטָּל שמציינות בעלי מקצוע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משקל? הסבירו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במשקל קַטְלָן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משקלים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